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40"/>
        </w:rPr>
        <w:t>[FULL NAME]</w:t>
      </w:r>
    </w:p>
    <w:p>
      <w:pPr>
        <w:spacing w:after="60"/>
        <w:jc w:val="center"/>
      </w:pPr>
      <w:r>
        <w:rPr>
          <w:b/>
          <w:sz w:val="22"/>
        </w:rPr>
        <w:t>[TARGET JOB TITLE]</w:t>
      </w:r>
    </w:p>
    <w:p>
      <w:pPr>
        <w:spacing w:after="160"/>
        <w:jc w:val="center"/>
      </w:pPr>
      <w:r>
        <w:rPr>
          <w:sz w:val="18"/>
        </w:rPr>
        <w:t>[City, Country] | [Phone] | [Email] | [LinkedIn / Portfolio]</w:t>
      </w:r>
    </w:p>
    <w:p>
      <w:pPr>
        <w:spacing w:before="140" w:after="40"/>
      </w:pPr>
      <w:r>
        <w:rPr>
          <w:rFonts w:ascii="Arial" w:hAnsi="Arial"/>
          <w:b/>
          <w:sz w:val="22"/>
        </w:rPr>
        <w:t>PROFESSIONAL SUMMARY</w:t>
      </w:r>
    </w:p>
    <w:p>
      <w:r>
        <w:t>[Briefly introduce yourself, your experience, your profession, and your main strengths. Keep this to about 2–4 sentences.]</w:t>
      </w:r>
    </w:p>
    <w:p>
      <w:pPr>
        <w:spacing w:before="140" w:after="40"/>
      </w:pPr>
      <w:r>
        <w:rPr>
          <w:rFonts w:ascii="Arial" w:hAnsi="Arial"/>
          <w:b/>
          <w:sz w:val="22"/>
        </w:rPr>
        <w:t>WORK EXPERIENCE</w:t>
      </w:r>
    </w:p>
    <w:p>
      <w:pPr>
        <w:spacing w:after="0"/>
      </w:pPr>
      <w:r>
        <w:rPr>
          <w:b/>
          <w:sz w:val="21"/>
        </w:rPr>
        <w:t>[Job Title]</w:t>
      </w:r>
      <w:r>
        <w:rPr>
          <w:i/>
        </w:rPr>
        <w:t xml:space="preserve"> | [Company Name] | [City, Country] | [MM/YYYY – Present]</w:t>
      </w:r>
    </w:p>
    <w:p>
      <w:pPr>
        <w:ind w:left="259" w:hanging="173"/>
      </w:pPr>
      <w:r>
        <w:rPr>
          <w:b/>
        </w:rPr>
        <w:t xml:space="preserve">• </w:t>
      </w:r>
      <w:r>
        <w:t>[Describe your main responsibility or task.]</w:t>
      </w:r>
    </w:p>
    <w:p>
      <w:pPr>
        <w:ind w:left="259" w:hanging="173"/>
      </w:pPr>
      <w:r>
        <w:rPr>
          <w:b/>
        </w:rPr>
        <w:t xml:space="preserve">• </w:t>
      </w:r>
      <w:r>
        <w:t>[Describe another important responsibility, task, or project.]</w:t>
      </w:r>
    </w:p>
    <w:p>
      <w:pPr>
        <w:ind w:left="259" w:hanging="173"/>
      </w:pPr>
      <w:r>
        <w:rPr>
          <w:b/>
        </w:rPr>
        <w:t xml:space="preserve">• </w:t>
      </w:r>
      <w:r>
        <w:t>[Add another relevant responsibility, task, or achievement.]</w:t>
      </w:r>
    </w:p>
    <w:p>
      <w:pPr>
        <w:spacing w:after="0"/>
      </w:pPr>
      <w:r>
        <w:rPr>
          <w:b/>
          <w:sz w:val="21"/>
        </w:rPr>
        <w:t>[Previous Job Title]</w:t>
      </w:r>
      <w:r>
        <w:rPr>
          <w:i/>
        </w:rPr>
        <w:t xml:space="preserve"> | [Previous Company] | [City, Country] | [MM/YYYY – MM/YYYY]</w:t>
      </w:r>
    </w:p>
    <w:p>
      <w:pPr>
        <w:ind w:left="259" w:hanging="173"/>
      </w:pPr>
      <w:r>
        <w:rPr>
          <w:b/>
        </w:rPr>
        <w:t xml:space="preserve">• </w:t>
      </w:r>
      <w:r>
        <w:t>[Describe your main responsibility or task.]</w:t>
      </w:r>
    </w:p>
    <w:p>
      <w:pPr>
        <w:ind w:left="259" w:hanging="173"/>
      </w:pPr>
      <w:r>
        <w:rPr>
          <w:b/>
        </w:rPr>
        <w:t xml:space="preserve">• </w:t>
      </w:r>
      <w:r>
        <w:t>[Describe another important responsibility, task, or project.]</w:t>
      </w:r>
    </w:p>
    <w:p>
      <w:pPr>
        <w:ind w:left="259" w:hanging="173"/>
      </w:pPr>
      <w:r>
        <w:rPr>
          <w:b/>
        </w:rPr>
        <w:t xml:space="preserve">• </w:t>
      </w:r>
      <w:r>
        <w:t>[Add another relevant responsibility, task, or achievement.]</w:t>
      </w:r>
    </w:p>
    <w:p>
      <w:pPr>
        <w:spacing w:before="140" w:after="40"/>
      </w:pPr>
      <w:r>
        <w:rPr>
          <w:rFonts w:ascii="Arial" w:hAnsi="Arial"/>
          <w:b/>
          <w:sz w:val="22"/>
        </w:rPr>
        <w:t>EDUCATION</w:t>
      </w:r>
    </w:p>
    <w:p>
      <w:r>
        <w:rPr>
          <w:b/>
        </w:rPr>
        <w:t>[Degree / Qualification]</w:t>
      </w:r>
      <w:r>
        <w:t xml:space="preserve"> | [Institution] | [City, Country] | [Year]</w:t>
      </w:r>
    </w:p>
    <w:p>
      <w:r>
        <w:t>[Optional: specialization or relevant detail]</w:t>
      </w:r>
    </w:p>
    <w:p>
      <w:pPr>
        <w:spacing w:before="140" w:after="40"/>
      </w:pPr>
      <w:r>
        <w:rPr>
          <w:rFonts w:ascii="Arial" w:hAnsi="Arial"/>
          <w:b/>
          <w:sz w:val="22"/>
        </w:rPr>
        <w:t>SKILLS</w:t>
      </w:r>
    </w:p>
    <w:p>
      <w:r>
        <w:t>[Skill] | [Skill] | [Skill] | [Skill] | [Skill] | [Skill]</w:t>
      </w:r>
    </w:p>
    <w:p>
      <w:pPr>
        <w:spacing w:before="140" w:after="40"/>
      </w:pPr>
      <w:r>
        <w:rPr>
          <w:rFonts w:ascii="Arial" w:hAnsi="Arial"/>
          <w:b/>
          <w:sz w:val="22"/>
        </w:rPr>
        <w:t>CERTIFICATIONS</w:t>
      </w:r>
    </w:p>
    <w:p>
      <w:r>
        <w:t>[Certification] | [Issuing Organization] | [Year]</w:t>
      </w:r>
    </w:p>
    <w:p>
      <w:r>
        <w:t>[Remove this section if not applicable.]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CVRepair.guru | Basic ATS CV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